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color w:val="DC96A0"/>
          <w:sz w:val="28"/>
        </w:rPr>
        <w:t>Die ultimative</w:t>
      </w:r>
    </w:p>
    <w:p>
      <w:pPr>
        <w:jc w:val="center"/>
      </w:pPr>
      <w:r>
        <w:rPr>
          <w:b/>
          <w:color w:val="B47882"/>
          <w:sz w:val="56"/>
        </w:rPr>
        <w:t>KLINIKTASCHE CHECKLISTE</w:t>
      </w:r>
    </w:p>
    <w:p>
      <w:pPr>
        <w:jc w:val="center"/>
      </w:pPr>
      <w:r>
        <w:rPr>
          <w:i/>
          <w:sz w:val="22"/>
        </w:rPr>
        <w:t>Entspannt in den Kreißsaal – Alles, was du und dein Baby brauchen.</w:t>
        <w:br/>
      </w:r>
    </w:p>
    <w:p>
      <w:pPr>
        <w:pStyle w:val="Heading2"/>
      </w:pPr>
      <w:r>
        <w:rPr>
          <w:b/>
          <w:color w:val="78A0B4"/>
          <w:sz w:val="32"/>
        </w:rPr>
        <w:t>Wichtige Dokumente</w:t>
      </w:r>
    </w:p>
    <w:p>
      <w:pPr>
        <w:ind w:left="720"/>
      </w:pPr>
      <w:r>
        <w:t>☐  Mutterpass</w:t>
      </w:r>
    </w:p>
    <w:p>
      <w:pPr>
        <w:ind w:left="720"/>
      </w:pPr>
      <w:r>
        <w:t>☐  Versichertenkarte (Krankenkasse)</w:t>
      </w:r>
    </w:p>
    <w:p>
      <w:pPr>
        <w:ind w:left="720"/>
      </w:pPr>
      <w:r>
        <w:t>☐  Personalausweis oder Reisepass</w:t>
      </w:r>
    </w:p>
    <w:p>
      <w:pPr>
        <w:ind w:left="720"/>
      </w:pPr>
      <w:r>
        <w:t>☐  Stammbuch / Heiratsurkunde (für die Anmeldung des Babys)</w:t>
      </w:r>
    </w:p>
    <w:p>
      <w:pPr>
        <w:ind w:left="720"/>
      </w:pPr>
      <w:r>
        <w:t>☐  Einweisungsschein vom Frauenarzt</w:t>
      </w:r>
    </w:p>
    <w:p/>
    <w:p>
      <w:pPr>
        <w:pStyle w:val="Heading2"/>
      </w:pPr>
      <w:r>
        <w:rPr>
          <w:b/>
          <w:color w:val="78A0B4"/>
          <w:sz w:val="32"/>
        </w:rPr>
        <w:t>Für die Geburt (Kreißsaal)</w:t>
      </w:r>
    </w:p>
    <w:p>
      <w:pPr>
        <w:ind w:left="720"/>
      </w:pPr>
      <w:r>
        <w:t>☐  Langes, bequemes T-Shirt oder Nachthemd</w:t>
      </w:r>
    </w:p>
    <w:p>
      <w:pPr>
        <w:ind w:left="720"/>
      </w:pPr>
      <w:r>
        <w:t>☐  Warme Socken (viele Frauen bekommen kalte Füße!)</w:t>
      </w:r>
    </w:p>
    <w:p>
      <w:pPr>
        <w:ind w:left="720"/>
      </w:pPr>
      <w:r>
        <w:t>☐  Haargummi</w:t>
      </w:r>
    </w:p>
    <w:p>
      <w:pPr>
        <w:ind w:left="720"/>
      </w:pPr>
      <w:r>
        <w:t>☐  Lippenpflegestift (die Luft im Krankenhaus ist extrem trocken)</w:t>
      </w:r>
    </w:p>
    <w:p>
      <w:pPr>
        <w:ind w:left="720"/>
      </w:pPr>
      <w:r>
        <w:t>☐  Snacks für dich &amp; deinen Partner (Traubenzucker, Müsliriegel)</w:t>
      </w:r>
    </w:p>
    <w:p>
      <w:pPr>
        <w:ind w:left="720"/>
      </w:pPr>
      <w:r>
        <w:t>☐  Lieblingsmusik / Kopfhörer</w:t>
      </w:r>
    </w:p>
    <w:p/>
    <w:p>
      <w:pPr>
        <w:pStyle w:val="Heading2"/>
      </w:pPr>
      <w:r>
        <w:rPr>
          <w:b/>
          <w:color w:val="78A0B4"/>
          <w:sz w:val="32"/>
        </w:rPr>
        <w:t>Für das Wochenbett (Die Mutter)</w:t>
      </w:r>
    </w:p>
    <w:p>
      <w:pPr>
        <w:ind w:left="720"/>
      </w:pPr>
      <w:r>
        <w:t>☐  2-3 stillfreundliche Nachthemden oder Schlafanzüge (vorne zum Knöpfen)</w:t>
      </w:r>
    </w:p>
    <w:p>
      <w:pPr>
        <w:ind w:left="720"/>
      </w:pPr>
      <w:r>
        <w:t>☐  2 Still-BHs (ohne Bügel, schön bequem)</w:t>
      </w:r>
    </w:p>
    <w:p>
      <w:pPr>
        <w:ind w:left="720"/>
      </w:pPr>
      <w:r>
        <w:t>☐  Stilleinlagen &amp; Lanolin-Brustwarzensalbe</w:t>
      </w:r>
    </w:p>
    <w:p>
      <w:pPr>
        <w:ind w:left="720"/>
      </w:pPr>
      <w:r>
        <w:t>☐  Weiche, weite Jogginghosen (nichts, was am Bauch drückt)</w:t>
      </w:r>
    </w:p>
    <w:p>
      <w:pPr>
        <w:ind w:left="720"/>
      </w:pPr>
      <w:r>
        <w:t>☐  Kulturbeutel: Zahnbürste, Duschgel (ohne Parfum), Haarbürste</w:t>
      </w:r>
    </w:p>
    <w:p>
      <w:pPr>
        <w:ind w:left="720"/>
      </w:pPr>
      <w:r>
        <w:t>☐  Wöchnerinnen-Binden (riesige Surfbretter – gibt's meistens auch in der Klinik, aber gut für den Heimweg)</w:t>
      </w:r>
    </w:p>
    <w:p>
      <w:pPr>
        <w:ind w:left="720"/>
      </w:pPr>
      <w:r>
        <w:t>☐  Bequemes Outfit für die Heimreise</w:t>
      </w:r>
    </w:p>
    <w:p/>
    <w:p>
      <w:pPr>
        <w:pStyle w:val="Heading2"/>
      </w:pPr>
      <w:r>
        <w:rPr>
          <w:b/>
          <w:color w:val="78A0B4"/>
          <w:sz w:val="32"/>
        </w:rPr>
        <w:t>Für das Baby (Die Heimreise)</w:t>
      </w:r>
    </w:p>
    <w:p>
      <w:pPr>
        <w:ind w:left="720"/>
      </w:pPr>
      <w:r>
        <w:t>☐  2-3 Bodys (Wickelbodys sind am Anfang leichter! Gr. 50/56)</w:t>
      </w:r>
    </w:p>
    <w:p>
      <w:pPr>
        <w:ind w:left="720"/>
      </w:pPr>
      <w:r>
        <w:t>☐  1-2 Strampler oder gemütliche Hosen &amp; Pullis</w:t>
      </w:r>
    </w:p>
    <w:p>
      <w:pPr>
        <w:ind w:left="720"/>
      </w:pPr>
      <w:r>
        <w:t>☐  Jäckchen oder Overall (je nach Jahreszeit)</w:t>
      </w:r>
    </w:p>
    <w:p>
      <w:pPr>
        <w:ind w:left="720"/>
      </w:pPr>
      <w:r>
        <w:t>☐  Mützchen &amp; Söckchen</w:t>
      </w:r>
    </w:p>
    <w:p>
      <w:pPr>
        <w:ind w:left="720"/>
      </w:pPr>
      <w:r>
        <w:t>☐  Spucktuch</w:t>
      </w:r>
    </w:p>
    <w:p>
      <w:pPr>
        <w:ind w:left="720"/>
      </w:pPr>
      <w:r>
        <w:t>☐  Babyschale fürs Auto (WICHTIG!)</w:t>
      </w:r>
    </w:p>
    <w:p>
      <w:pPr>
        <w:ind w:left="720"/>
      </w:pPr>
      <w:r>
        <w:t>☐  Babydecke zum Einkuscheln</w:t>
      </w:r>
    </w:p>
    <w:p/>
    <w:p>
      <w:r>
        <w:br/>
      </w:r>
    </w:p>
    <w:p>
      <w:pPr>
        <w:jc w:val="center"/>
      </w:pPr>
      <w:r>
        <w:rPr>
          <w:b/>
          <w:color w:val="DC96A0"/>
        </w:rPr>
        <w:t>Wir wünschen dir eine wundervolle Kennenlernzeit! 💕</w:t>
      </w:r>
    </w:p>
    <w:p>
      <w:pPr>
        <w:jc w:val="center"/>
      </w:pPr>
      <w:r>
        <w:rPr>
          <w:color w:val="B4B4B4"/>
        </w:rPr>
        <w:t>muttisratgeber.de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rial" w:hAnsi="Arial"/>
      <w:color w:val="505050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